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120" w:after="20"/>
      </w:pPr>
      <w:r>
        <w:rPr>
          <w:rFonts w:ascii="Helvetica Neue" w:hAnsi="Helvetica Neue"/>
          <w:b/>
          <w:i w:val="0"/>
          <w:color w:val="F1C84B"/>
          <w:sz w:val="18"/>
        </w:rPr>
        <w:t>TASK 07</w:t>
      </w:r>
    </w:p>
    <w:p>
      <w:pPr>
        <w:spacing w:after="80"/>
      </w:pPr>
      <w:r>
        <w:rPr>
          <w:rFonts w:ascii="Georgia" w:hAnsi="Georgia"/>
          <w:b w:val="0"/>
          <w:i w:val="0"/>
          <w:color w:val="0C2C4A"/>
          <w:sz w:val="46"/>
        </w:rPr>
        <w:t>Portfolio Fact Confirmation</w:t>
      </w:r>
    </w:p>
    <w:p>
      <w:pPr>
        <w:spacing w:after="160"/>
      </w:pPr>
      <w:r>
        <w:rPr>
          <w:rFonts w:ascii="Helvetica Neue" w:hAnsi="Helvetica Neue"/>
          <w:b w:val="0"/>
          <w:i/>
          <w:color w:val="587086"/>
          <w:sz w:val="21"/>
        </w:rPr>
        <w:t>Confirm facts and ownership. The Programme Team handles design and final assembly.</w:t>
      </w: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IDENTITY AND SCOPE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Participant name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[Correct / correction]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Target role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[Correct / correction]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Project title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[Correct / correction]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Company and period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8"/>
              </w:rPr>
              <w:t>[Correct / correction]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FACT CHECK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Core conclusion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[Approved / correction with page number]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Key figures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[Approved / correction with source and page]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Methods shown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[Approved / correction]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Authorship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I confirm I completed and can explain the participant work attributed to me.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CV wording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I confirm the wording describes a training project, not employment or an internship.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4" w:space="0" w:color="0C2C4A"/>
          <w:left w:val="single" w:sz="4" w:space="0" w:color="0C2C4A"/>
          <w:bottom w:val="single" w:sz="4" w:space="0" w:color="0C2C4A"/>
          <w:right w:val="single" w:sz="4" w:space="0" w:color="0C2C4A"/>
          <w:insideH w:val="single" w:sz="4" w:space="0" w:color="0C2C4A"/>
          <w:insideV w:val="single" w:sz="4" w:space="0" w:color="0C2C4A"/>
        </w:tblBorders>
      </w:tblPr>
      <w:tblGrid>
        <w:gridCol w:w="10368"/>
      </w:tblGrid>
      <w:tr>
        <w:tc>
          <w:tcPr>
            <w:tcW w:type="dxa" w:w="1036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0C2C4A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FFFFFF"/>
                <w:sz w:val="18"/>
              </w:rPr>
              <w:t>CORRECTIONS ONLY</w:t>
            </w:r>
          </w:p>
        </w:tc>
      </w:tr>
    </w:tbl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6" w:space="0" w:color="CAD6DE"/>
          <w:left w:val="single" w:sz="6" w:space="0" w:color="CAD6DE"/>
          <w:bottom w:val="single" w:sz="6" w:space="0" w:color="CAD6DE"/>
          <w:right w:val="single" w:sz="6" w:space="0" w:color="CAD6DE"/>
          <w:insideH w:val="single" w:sz="6" w:space="0" w:color="CAD6DE"/>
          <w:insideV w:val="single" w:sz="6" w:space="0" w:color="CAD6DE"/>
        </w:tblBorders>
      </w:tblPr>
      <w:tblGrid>
        <w:gridCol w:w="2520"/>
        <w:gridCol w:w="7848"/>
      </w:tblGrid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Page / section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[Exact location]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Current text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[Text or number requiring correction]</w:t>
            </w:r>
          </w:p>
        </w:tc>
      </w:tr>
      <w:tr>
        <w:tc>
          <w:tcPr>
            <w:tcW w:type="dxa" w:w="25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E8EEF2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0C2C4A"/>
                <w:sz w:val="18"/>
              </w:rPr>
              <w:t>Correct text</w:t>
            </w:r>
          </w:p>
        </w:tc>
        <w:tc>
          <w:tcPr>
            <w:tcW w:type="dxa" w:w="784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FF5CF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/>
                <w:color w:val="587086"/>
                <w:sz w:val="17"/>
              </w:rPr>
              <w:t>[Replacement supported by accepted evidence]</w:t>
            </w:r>
          </w:p>
        </w:tc>
      </w:tr>
    </w:tbl>
    <w:p>
      <w:pPr>
        <w:spacing w:after="60"/>
      </w:pPr>
    </w:p>
    <w:tbl>
      <w:tblPr>
        <w:tblW w:type="dxa" w:w="10368"/>
        <w:jc w:val="left"/>
        <w:tblLayout w:type="fixed"/>
        <w:tblLook w:firstColumn="1" w:firstRow="1" w:lastColumn="0" w:lastRow="0" w:noHBand="0" w:noVBand="1" w:val="04A0"/>
        <w:tblInd w:w="120" w:type="dxa"/>
        <w:tblBorders>
          <w:top w:val="single" w:sz="8" w:space="0" w:color="F1C84B"/>
          <w:left w:val="single" w:sz="8" w:space="0" w:color="F1C84B"/>
          <w:bottom w:val="single" w:sz="8" w:space="0" w:color="F1C84B"/>
          <w:right w:val="single" w:sz="8" w:space="0" w:color="F1C84B"/>
          <w:insideH w:val="single" w:sz="8" w:space="0" w:color="F1C84B"/>
          <w:insideV w:val="single" w:sz="8" w:space="0" w:color="F1C84B"/>
        </w:tblBorders>
      </w:tblPr>
      <w:tblGrid>
        <w:gridCol w:w="1728"/>
        <w:gridCol w:w="8640"/>
      </w:tblGrid>
      <w:tr>
        <w:tc>
          <w:tcPr>
            <w:tcW w:type="dxa" w:w="1728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1C84B"/>
          </w:tcPr>
          <w:p>
            <w:pPr>
              <w:spacing w:after="0"/>
            </w:pPr>
            <w:r>
              <w:rPr>
                <w:rFonts w:ascii="Helvetica Neue" w:hAnsi="Helvetica Neue"/>
                <w:b/>
                <w:i w:val="0"/>
                <w:color w:val="9B1C1C"/>
                <w:sz w:val="17"/>
              </w:rPr>
              <w:t>APPROVE</w:t>
            </w:r>
          </w:p>
        </w:tc>
        <w:tc>
          <w:tcPr>
            <w:tcW w:type="dxa" w:w="86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8F6F1"/>
          </w:tcPr>
          <w:p>
            <w:pPr>
              <w:spacing w:after="0"/>
            </w:pPr>
            <w:r>
              <w:rPr>
                <w:rFonts w:ascii="Helvetica Neue" w:hAnsi="Helvetica Neue"/>
                <w:b w:val="0"/>
                <w:i w:val="0"/>
                <w:color w:val="0C2C4A"/>
                <w:sz w:val="17"/>
              </w:rPr>
              <w:t>Reply “PORTFOLIO APPROVED” if no corrections are needed. A factual dispute or authorship concern triggers human review.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79" w:right="936" w:bottom="835" w:left="936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Helvetica Neue" w:hAnsi="Helvetica Neue"/>
        <w:b w:val="0"/>
        <w:i w:val="0"/>
        <w:color w:val="587086"/>
        <w:sz w:val="16"/>
      </w:rPr>
      <w:t>v1.0  |  Oriental Riverstone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</w:pPr>
    <w:r>
      <w:rPr>
        <w:rFonts w:ascii="Helvetica Neue" w:hAnsi="Helvetica Neue"/>
        <w:b/>
        <w:i w:val="0"/>
        <w:color w:val="587086"/>
        <w:sz w:val="16"/>
      </w:rPr>
      <w:t>ORIENTAL RIVERSTONE  |  TASK 07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69" w:lineRule="auto"/>
    </w:pPr>
    <w:rPr>
      <w:rFonts w:ascii="Helvetica Neue" w:hAnsi="Helvetica Neue"/>
      <w:color w:val="0C2C4A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